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56"/>
        </w:rPr>
        <w:t>WHO IS A LEADER?</w:t>
      </w:r>
    </w:p>
    <w:p>
      <w:pPr>
        <w:jc w:val="center"/>
      </w:pPr>
      <w:r>
        <w:rPr>
          <w:i/>
          <w:sz w:val="30"/>
        </w:rPr>
        <w:t>The People-First Leadership Journey</w:t>
      </w:r>
    </w:p>
    <w:p>
      <w:pPr>
        <w:jc w:val="center"/>
      </w:pPr>
      <w:r>
        <w:rPr>
          <w:b/>
        </w:rPr>
        <w:t>Amb. Faisal Hussain Abdullahi</w:t>
      </w:r>
    </w:p>
    <w:p>
      <w:r>
        <w:br w:type="page"/>
      </w:r>
    </w:p>
    <w:p>
      <w:pPr>
        <w:pStyle w:val="Heading1"/>
      </w:pPr>
      <w:r>
        <w:t>Table of Contents</w:t>
      </w:r>
    </w:p>
    <w:p>
      <w:r>
        <w:t>1. Opening: The Leader Inside You</w:t>
      </w:r>
    </w:p>
    <w:p>
      <w:r>
        <w:t>2. Chapter 1: The Boy Who Was Seen</w:t>
      </w:r>
    </w:p>
    <w:p>
      <w:r>
        <w:t>3. Chapter 2: Leadership Is an Amanah</w:t>
      </w:r>
    </w:p>
    <w:p>
      <w:r>
        <w:t>4. Chapter 3: The Mercy of Prophet Muhammad</w:t>
      </w:r>
    </w:p>
    <w:p>
      <w:r>
        <w:t>5. Chapter 4: Put People Before Ego</w:t>
      </w:r>
    </w:p>
    <w:p>
      <w:r>
        <w:t>6. Chapter 5: Listening, Justice and Integrity</w:t>
      </w:r>
    </w:p>
    <w:p>
      <w:r>
        <w:t>7. Chapter 6: Leadership at Home and Work</w:t>
      </w:r>
    </w:p>
    <w:p>
      <w:r>
        <w:t>8. Chapter 7: Build Other Leaders</w:t>
      </w:r>
    </w:p>
    <w:p>
      <w:r>
        <w:t>9. Chapter 8: We Are All Leaders</w:t>
      </w:r>
    </w:p>
    <w:p>
      <w:r>
        <w:t>10. Closing: Become the Leader Someone Needs</w:t>
      </w:r>
    </w:p>
    <w:p>
      <w:r>
        <w:br w:type="page"/>
      </w:r>
    </w:p>
    <w:p>
      <w:pPr>
        <w:pStyle w:val="Heading1"/>
      </w:pPr>
      <w:r>
        <w:t>Opening: The Leader Inside You</w:t>
      </w:r>
    </w:p>
    <w:p>
      <w:r>
        <w:t>Leadership is often confused with position. But a mother raising children with integrity, a student refusing to cheat, a manager protecting a team's dignity and a young person helping a neighbour are all exercising leadership.</w:t>
      </w:r>
    </w:p>
    <w:p>
      <w:r>
        <w:t>Leadership is influence joined to responsibility. The greatest leaders do not merely collect followers; they develop people. They leave others stronger, wiser and more hopeful.</w:t>
      </w:r>
    </w:p>
    <w:p>
      <w:r>
        <w:t>The life of Prophet Muhammad (peace and blessings be upon him) gives believers a profound model of mercy, courage, justice, consultation and service. This book invites every reader to recognise that leadership exists at every level of human life.</w:t>
      </w:r>
    </w:p>
    <w:p>
      <w:pPr>
        <w:pStyle w:val="Heading2"/>
      </w:pPr>
      <w:r>
        <w:t>Reflection</w:t>
      </w:r>
    </w:p>
    <w:p>
      <w:r>
        <w:t>Ask: whose life is becoming better because of my influence?</w:t>
      </w:r>
    </w:p>
    <w:p>
      <w:pPr>
        <w:pStyle w:val="Heading1"/>
      </w:pPr>
      <w:r>
        <w:t>Chapter 1: The Boy Who Was Seen</w:t>
      </w:r>
    </w:p>
    <w:p>
      <w:r>
        <w:t>Imagine a quiet child whose ideas are hidden behind fear. One teacher notices him and asks, 'What do you think?' That question may become a turning point.</w:t>
      </w:r>
    </w:p>
    <w:p>
      <w:r>
        <w:t>Great leaders learn to see potential before it becomes performance. Behind a weak employee may be an untrained skill. Behind a quiet young person may be an extraordinary ability. Behind a difficult person may be a story nobody has heard.</w:t>
      </w:r>
    </w:p>
    <w:p>
      <w:r>
        <w:t>One of the greatest leadership gifts is making another person believe that their life matters. You do not need a large office to do this. Sometimes leadership is simply noticing the person others overlook.</w:t>
      </w:r>
    </w:p>
    <w:p>
      <w:pPr>
        <w:pStyle w:val="Heading2"/>
      </w:pPr>
      <w:r>
        <w:t>Reflection</w:t>
      </w:r>
    </w:p>
    <w:p>
      <w:r>
        <w:t>Who around you needs to be seen, encouraged or trusted?</w:t>
      </w:r>
    </w:p>
    <w:p>
      <w:pPr>
        <w:pStyle w:val="Heading1"/>
      </w:pPr>
      <w:r>
        <w:t>Chapter 2: Leadership Is an Amanah</w:t>
      </w:r>
    </w:p>
    <w:p>
      <w:r>
        <w:t>Leadership is a trust. Authority gives power; character determines whether that power becomes service or exploitation.</w:t>
      </w:r>
    </w:p>
    <w:p>
      <w:r>
        <w:t>A leader who humiliates people may obtain obedience, but a leader who develops people creates commitment. The strongest organisations are built on clarity, fairness, trust and accountability.</w:t>
      </w:r>
    </w:p>
    <w:p>
      <w:r>
        <w:t>Before asking how many people follow you, ask how many people become better because you lead them.</w:t>
      </w:r>
    </w:p>
    <w:p>
      <w:pPr>
        <w:pStyle w:val="Heading2"/>
      </w:pPr>
      <w:r>
        <w:t>Reflection</w:t>
      </w:r>
    </w:p>
    <w:p>
      <w:r>
        <w:t>Protect the trust people place in you.</w:t>
      </w:r>
    </w:p>
    <w:p>
      <w:pPr>
        <w:pStyle w:val="Heading1"/>
      </w:pPr>
      <w:r>
        <w:t>Chapter 3: The Mercy of Prophet Muhammad</w:t>
      </w:r>
    </w:p>
    <w:p>
      <w:r>
        <w:t>The Qur'an describes Prophet Muhammad (peace and blessings be upon him) as a mercy to the worlds (Qur'an 21:107). His leadership was deeply human: he taught, listened, corrected, encouraged, consulted and developed people.</w:t>
      </w:r>
    </w:p>
    <w:p>
      <w:r>
        <w:t>His example shows that firmness and mercy can exist together. A leader can correct a serious mistake without destroying the dignity of the person who made it.</w:t>
      </w:r>
    </w:p>
    <w:p>
      <w:r>
        <w:t>He also entrusted responsibility to capable people. Great leaders recognise potential and prepare people for responsibility.</w:t>
      </w:r>
    </w:p>
    <w:p>
      <w:pPr>
        <w:pStyle w:val="Heading2"/>
      </w:pPr>
      <w:r>
        <w:t>Reflection</w:t>
      </w:r>
    </w:p>
    <w:p>
      <w:r>
        <w:t>Study Qur'an 3:159 and 21:107 with reliable seerah and authentic hadith sources.</w:t>
      </w:r>
    </w:p>
    <w:p>
      <w:pPr>
        <w:pStyle w:val="Heading1"/>
      </w:pPr>
      <w:r>
        <w:t>Chapter 4: Put People Before Ego</w:t>
      </w:r>
    </w:p>
    <w:p>
      <w:r>
        <w:t>A people-first leader does not mean saying yes to everything. It means remembering the human consequences of decisions.</w:t>
      </w:r>
    </w:p>
    <w:p>
      <w:r>
        <w:t>Listen before judging. Ask what happened. Ask what the person needs to improve. Separate the mistake from the person's worth.</w:t>
      </w:r>
    </w:p>
    <w:p>
      <w:r>
        <w:t>Never become so insecure that you need everyone around you to remain weak. Your success is multiplied when others grow.</w:t>
      </w:r>
    </w:p>
    <w:p>
      <w:pPr>
        <w:pStyle w:val="Heading2"/>
      </w:pPr>
      <w:r>
        <w:t>Reflection</w:t>
      </w:r>
    </w:p>
    <w:p>
      <w:r>
        <w:t>A leader's ego asks, 'How do I look?' A servant-leader asks, 'What does this situation require?'</w:t>
      </w:r>
    </w:p>
    <w:p>
      <w:pPr>
        <w:pStyle w:val="Heading1"/>
      </w:pPr>
      <w:r>
        <w:t>Chapter 5: Listening, Justice and Integrity</w:t>
      </w:r>
    </w:p>
    <w:p>
      <w:r>
        <w:t>Listening is not weakness; it is intelligence. A manager who listens can discover problems before they become crises.</w:t>
      </w:r>
    </w:p>
    <w:p>
      <w:r>
        <w:t>Justice means standards should not change because the person involved is a favourite. Integrity is tested when doing the right thing becomes expensive.</w:t>
      </w:r>
    </w:p>
    <w:p>
      <w:r>
        <w:t>When popularity, money or convenience conflicts with principle, leadership is revealed.</w:t>
      </w:r>
    </w:p>
    <w:p>
      <w:pPr>
        <w:pStyle w:val="Heading2"/>
      </w:pPr>
      <w:r>
        <w:t>Reflection</w:t>
      </w:r>
    </w:p>
    <w:p>
      <w:r>
        <w:t>Character is what remains when applause disappears.</w:t>
      </w:r>
    </w:p>
    <w:p>
      <w:pPr>
        <w:pStyle w:val="Heading1"/>
      </w:pPr>
      <w:r>
        <w:t>Chapter 6: Leadership at Home and Work</w:t>
      </w:r>
    </w:p>
    <w:p>
      <w:r>
        <w:t>Leadership begins where there is no audience. How you speak to your spouse, children, parents, colleagues and support staff reveals more than a public speech.</w:t>
      </w:r>
    </w:p>
    <w:p>
      <w:r>
        <w:t>At work, create clarity: roles, standards, ownership, deadlines and feedback. Compassion without accountability creates confusion; accountability without compassion creates fear.</w:t>
      </w:r>
    </w:p>
    <w:p>
      <w:r>
        <w:t>At home, lead through patience, honesty, responsibility and forgiveness. The people closest to you should experience your best character.</w:t>
      </w:r>
    </w:p>
    <w:p>
      <w:pPr>
        <w:pStyle w:val="Heading2"/>
      </w:pPr>
      <w:r>
        <w:t>Reflection</w:t>
      </w:r>
    </w:p>
    <w:p>
      <w:r>
        <w:t>Your closest people should experience the integrity your public audience admires.</w:t>
      </w:r>
    </w:p>
    <w:p>
      <w:pPr>
        <w:pStyle w:val="Heading1"/>
      </w:pPr>
      <w:r>
        <w:t>Chapter 7: Build Other Leaders</w:t>
      </w:r>
    </w:p>
    <w:p>
      <w:r>
        <w:t>Leadership that ends with one person is fragile. Leadership that multiplies becomes legacy.</w:t>
      </w:r>
    </w:p>
    <w:p>
      <w:r>
        <w:t>Teach people. Delegate gradually. Let them solve problems. Give credit publicly. Correct with dignity. Prepare people for responsibilities they have not yet received.</w:t>
      </w:r>
    </w:p>
    <w:p>
      <w:r>
        <w:t>Great leadership does not create copies of the leader. It helps people become the best version of their own capacity.</w:t>
      </w:r>
    </w:p>
    <w:p>
      <w:pPr>
        <w:pStyle w:val="Heading2"/>
      </w:pPr>
      <w:r>
        <w:t>Reflection</w:t>
      </w:r>
    </w:p>
    <w:p>
      <w:r>
        <w:t>Who will lead better tomorrow because you invested in them today?</w:t>
      </w:r>
    </w:p>
    <w:p>
      <w:pPr>
        <w:pStyle w:val="Heading1"/>
      </w:pPr>
      <w:r>
        <w:t>Chapter 8: We Are All Leaders</w:t>
      </w:r>
    </w:p>
    <w:p>
      <w:r>
        <w:t>You may never become a CEO or public official. You are still a leader where Allah has placed you.</w:t>
      </w:r>
    </w:p>
    <w:p>
      <w:r>
        <w:t>If you are a student, lead through discipline. If you are a parent, lead through example. If you are an entrepreneur, lead through value. If you are a professional, lead through reliability. If you are a friend, lead through loyalty.</w:t>
      </w:r>
    </w:p>
    <w:p>
      <w:r>
        <w:t>The world does not only need famous leaders. It needs millions of people who choose extraordinary character in ordinary moments.</w:t>
      </w:r>
    </w:p>
    <w:p>
      <w:pPr>
        <w:pStyle w:val="Heading2"/>
      </w:pPr>
      <w:r>
        <w:t>Reflection</w:t>
      </w:r>
    </w:p>
    <w:p>
      <w:r>
        <w:t>Do not wait for a title before becoming responsible.</w:t>
      </w:r>
    </w:p>
    <w:p>
      <w:pPr>
        <w:pStyle w:val="Heading1"/>
      </w:pPr>
      <w:r>
        <w:t>Closing: Become the Leader Someone Needs</w:t>
      </w:r>
    </w:p>
    <w:p>
      <w:r>
        <w:t>Someone around you needs encouragement. Someone needs an opportunity. Someone needs direction. Someone needs a leader who will not abandon them when they make a mistake.</w:t>
      </w:r>
    </w:p>
    <w:p>
      <w:r>
        <w:t>Do not wait for wealth before becoming generous or influence before becoming responsible. Lead where Allah has placed you, serve people faithfully, keep learning and remain humble.</w:t>
      </w:r>
    </w:p>
    <w:p>
      <w:r>
        <w:t>When your story is remembered, may people say not merely that you were powerful, but that people became stronger because you were there.</w:t>
      </w:r>
    </w:p>
    <w:p>
      <w:pPr>
        <w:pStyle w:val="Heading2"/>
      </w:pPr>
      <w:r>
        <w:t>Reflection</w:t>
      </w:r>
    </w:p>
    <w:p>
      <w:r>
        <w:t>May your leadership become a source of mercy, opportunity and lasting benefit.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